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Open Sans" w:hAnsi="Open Sans"/>
        </w:rPr>
      </w:pPr>
      <w:r>
        <w:rPr>
          <w:rFonts w:ascii="Open Sans" w:hAnsi="Open Sans"/>
        </w:rPr>
      </w:r>
    </w:p>
    <w:p>
      <w:pPr>
        <w:pStyle w:val="Title"/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t>Plantilla: Manifiesto de Guerra Personal</w:t>
      </w:r>
    </w:p>
    <w:p>
      <w:pPr>
        <w:pStyle w:val="Heading2"/>
        <w:rPr>
          <w:rFonts w:ascii="Open Sans" w:hAnsi="Open Sans"/>
        </w:rPr>
      </w:pPr>
      <w:r>
        <w:rPr>
          <w:rFonts w:ascii="Open Sans" w:hAnsi="Open Sans"/>
        </w:rPr>
        <w:t>1. Enemigo Principal:</w:t>
      </w:r>
    </w:p>
    <w:p>
      <w:pPr>
        <w:pStyle w:val="IntenseQuote"/>
        <w:rPr>
          <w:rFonts w:ascii="Open Sans" w:hAnsi="Open Sans"/>
        </w:rPr>
      </w:pPr>
      <w:r>
        <w:rPr>
          <w:rFonts w:ascii="Open Sans" w:hAnsi="Open Sans"/>
        </w:rPr>
        <w:t>¿Qué o quién representa tu mayor amenaza?</w:t>
      </w:r>
    </w:p>
    <w:p>
      <w:pPr>
        <w:pStyle w:val="Normal"/>
        <w:rPr>
          <w:rFonts w:ascii="Open Sans" w:hAnsi="Open Sans"/>
        </w:rPr>
      </w:pPr>
      <w:r>
        <w:rPr>
          <w:rFonts w:ascii="Open Sans" w:hAnsi="Open Sans"/>
        </w:rPr>
        <w:br/>
        <w:br/>
      </w:r>
    </w:p>
    <w:p>
      <w:pPr>
        <w:pStyle w:val="Heading2"/>
        <w:rPr>
          <w:rFonts w:ascii="Open Sans" w:hAnsi="Open Sans"/>
        </w:rPr>
      </w:pPr>
      <w:r>
        <w:rPr>
          <w:rFonts w:ascii="Open Sans" w:hAnsi="Open Sans"/>
        </w:rPr>
        <w:t>2. Objetivo Central de Guerra:</w:t>
      </w:r>
    </w:p>
    <w:p>
      <w:pPr>
        <w:pStyle w:val="IntenseQuote"/>
        <w:rPr>
          <w:rFonts w:ascii="Open Sans" w:hAnsi="Open Sans"/>
        </w:rPr>
      </w:pPr>
      <w:r>
        <w:rPr>
          <w:rFonts w:ascii="Open Sans" w:hAnsi="Open Sans"/>
        </w:rPr>
        <w:t>¿Qué querés conquistar estratégicamente?</w:t>
      </w:r>
    </w:p>
    <w:p>
      <w:pPr>
        <w:pStyle w:val="Normal"/>
        <w:rPr>
          <w:rFonts w:ascii="Open Sans" w:hAnsi="Open Sans"/>
        </w:rPr>
      </w:pPr>
      <w:r>
        <w:rPr>
          <w:rFonts w:ascii="Open Sans" w:hAnsi="Open Sans"/>
        </w:rPr>
        <w:br/>
        <w:br/>
      </w:r>
    </w:p>
    <w:p>
      <w:pPr>
        <w:pStyle w:val="Heading2"/>
        <w:rPr>
          <w:rFonts w:ascii="Open Sans" w:hAnsi="Open Sans"/>
        </w:rPr>
      </w:pPr>
      <w:r>
        <w:rPr>
          <w:rFonts w:ascii="Open Sans" w:hAnsi="Open Sans"/>
        </w:rPr>
        <w:t>3. Debilidades Actuales (Autodiagnóstico):</w:t>
      </w:r>
    </w:p>
    <w:p>
      <w:pPr>
        <w:pStyle w:val="IntenseQuote"/>
        <w:rPr>
          <w:rFonts w:ascii="Open Sans" w:hAnsi="Open Sans"/>
        </w:rPr>
      </w:pPr>
      <w:r>
        <w:rPr>
          <w:rFonts w:ascii="Open Sans" w:hAnsi="Open Sans"/>
        </w:rPr>
        <w:t>Reconocé tus propias limitaciones.</w:t>
      </w:r>
    </w:p>
    <w:p>
      <w:pPr>
        <w:pStyle w:val="Normal"/>
        <w:rPr>
          <w:rFonts w:ascii="Open Sans" w:hAnsi="Open Sans"/>
        </w:rPr>
      </w:pPr>
      <w:r>
        <w:rPr>
          <w:rFonts w:ascii="Open Sans" w:hAnsi="Open Sans"/>
        </w:rPr>
        <w:br/>
        <w:br/>
      </w:r>
    </w:p>
    <w:p>
      <w:pPr>
        <w:pStyle w:val="Heading2"/>
        <w:rPr>
          <w:rFonts w:ascii="Open Sans" w:hAnsi="Open Sans"/>
        </w:rPr>
      </w:pPr>
      <w:r>
        <w:rPr>
          <w:rFonts w:ascii="Open Sans" w:hAnsi="Open Sans"/>
        </w:rPr>
        <w:t>4. Promesa Estratégica:</w:t>
      </w:r>
    </w:p>
    <w:p>
      <w:pPr>
        <w:pStyle w:val="IntenseQuote"/>
        <w:rPr>
          <w:rFonts w:ascii="Open Sans" w:hAnsi="Open Sans"/>
        </w:rPr>
      </w:pPr>
      <w:r>
        <w:rPr>
          <w:rFonts w:ascii="Open Sans" w:hAnsi="Open Sans"/>
        </w:rPr>
        <w:t>¿Qué estás dispuesto a ejecutar sin excusas?</w:t>
      </w:r>
    </w:p>
    <w:p>
      <w:pPr>
        <w:pStyle w:val="Normal"/>
        <w:rPr>
          <w:rFonts w:ascii="Open Sans" w:hAnsi="Open Sans"/>
        </w:rPr>
      </w:pPr>
      <w:r>
        <w:rPr>
          <w:rFonts w:ascii="Open Sans" w:hAnsi="Open Sans"/>
        </w:rPr>
        <w:br/>
        <w:br/>
      </w:r>
    </w:p>
    <w:p>
      <w:pPr>
        <w:pStyle w:val="Heading2"/>
        <w:rPr>
          <w:rFonts w:ascii="Open Sans" w:hAnsi="Open Sans"/>
        </w:rPr>
      </w:pPr>
      <w:r>
        <w:rPr>
          <w:rFonts w:ascii="Open Sans" w:hAnsi="Open Sans"/>
        </w:rPr>
        <w:t>5. Frase de Guerra Personal:</w:t>
      </w:r>
    </w:p>
    <w:p>
      <w:pPr>
        <w:pStyle w:val="IntenseQuote"/>
        <w:rPr>
          <w:rFonts w:ascii="Open Sans" w:hAnsi="Open Sans"/>
        </w:rPr>
      </w:pPr>
      <w:r>
        <w:rPr>
          <w:rFonts w:ascii="Open Sans" w:hAnsi="Open Sans"/>
        </w:rPr>
        <w:t>Una línea que resuma tu compromiso con esta batalla.</w:t>
      </w:r>
    </w:p>
    <w:p>
      <w:pPr>
        <w:pStyle w:val="Normal"/>
        <w:spacing w:before="0" w:after="200"/>
        <w:rPr>
          <w:rFonts w:ascii="Open Sans" w:hAnsi="Open Sans"/>
        </w:rPr>
      </w:pPr>
      <w:r>
        <w:rPr>
          <w:rFonts w:ascii="Open Sans" w:hAnsi="Open Sans"/>
        </w:rPr>
        <w:br/>
        <w:br/>
      </w:r>
    </w:p>
    <w:sectPr>
      <w:headerReference w:type="default" r:id="rId2"/>
      <w:type w:val="nextPage"/>
      <w:pgSz w:w="12240" w:h="15840"/>
      <w:pgMar w:left="1800" w:right="1800" w:gutter="0" w:header="1440" w:top="1981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Open Sans">
    <w:charset w:val="01"/>
    <w:family w:val="swiss"/>
    <w:pitch w:val="variable"/>
  </w:font>
  <w:font w:name="Montserrat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0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5486400" cy="663575"/>
          <wp:effectExtent l="0" t="0" r="0" b="0"/>
          <wp:wrapSquare wrapText="largest"/>
          <wp:docPr id="1" name="Imagen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663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ceraypie">
    <w:name w:val="Cabecera y pie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Ttulo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ingunalista" w:default="1">
    <w:name w:val="Ninguna lista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LibreOffice/25.2.4.3$Windows_X86_64 LibreOffice_project/33e196637044ead23f5c3226cde09b47731f7e27</Application>
  <AppVersion>15.0000</AppVersion>
  <Pages>2</Pages>
  <Words>56</Words>
  <Characters>350</Characters>
  <CharactersWithSpaces>405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es-AR</dc:language>
  <cp:lastModifiedBy/>
  <dcterms:modified xsi:type="dcterms:W3CDTF">2025-06-24T00:16:09Z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